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316D" w14:textId="77777777" w:rsidR="009A299A" w:rsidRDefault="00A26C13">
      <w:pPr>
        <w:pStyle w:val="Title"/>
      </w:pPr>
      <w:r>
        <w:t>د</w:t>
      </w:r>
      <w:r>
        <w:t xml:space="preserve">. </w:t>
      </w:r>
      <w:r>
        <w:t>شيماء</w:t>
      </w:r>
      <w:r>
        <w:t xml:space="preserve"> </w:t>
      </w:r>
      <w:r>
        <w:t>أيمن</w:t>
      </w:r>
      <w:r>
        <w:t xml:space="preserve"> </w:t>
      </w:r>
      <w:r>
        <w:t>محمود</w:t>
      </w:r>
      <w:r>
        <w:t xml:space="preserve"> </w:t>
      </w:r>
      <w:r>
        <w:t>عبدالرحيم</w:t>
      </w:r>
    </w:p>
    <w:p w14:paraId="1B3C1192" w14:textId="77777777" w:rsidR="009A299A" w:rsidRDefault="00A26C13">
      <w:r>
        <w:t>طبيبة</w:t>
      </w:r>
      <w:r>
        <w:t xml:space="preserve"> </w:t>
      </w:r>
      <w:r>
        <w:t>أطفال</w:t>
      </w:r>
      <w:r>
        <w:t xml:space="preserve"> </w:t>
      </w:r>
      <w:r>
        <w:t>وحديثي</w:t>
      </w:r>
      <w:r>
        <w:t xml:space="preserve"> </w:t>
      </w:r>
      <w:r>
        <w:t>الولادة</w:t>
      </w:r>
    </w:p>
    <w:p w14:paraId="6A7AC1E3" w14:textId="77777777" w:rsidR="009A299A" w:rsidRDefault="00A26C13">
      <w:r>
        <w:t>تاريخ</w:t>
      </w:r>
      <w:r>
        <w:t xml:space="preserve"> </w:t>
      </w:r>
      <w:r>
        <w:t>الميلاد</w:t>
      </w:r>
      <w:r>
        <w:t xml:space="preserve">: 14/12/1996 | </w:t>
      </w:r>
      <w:r>
        <w:t>البريد</w:t>
      </w:r>
      <w:r>
        <w:t xml:space="preserve"> </w:t>
      </w:r>
      <w:r>
        <w:t>الإلكتروني</w:t>
      </w:r>
      <w:r>
        <w:t xml:space="preserve">: shimaaayman9966@gmail.com | </w:t>
      </w:r>
      <w:r>
        <w:t>الهاتف</w:t>
      </w:r>
      <w:r>
        <w:t xml:space="preserve">: 01113383768 | </w:t>
      </w:r>
      <w:r>
        <w:t>قنا،</w:t>
      </w:r>
      <w:r>
        <w:t xml:space="preserve"> </w:t>
      </w:r>
      <w:r>
        <w:t>مصر</w:t>
      </w:r>
    </w:p>
    <w:p w14:paraId="026D15FB" w14:textId="77777777" w:rsidR="009A299A" w:rsidRDefault="00A26C13">
      <w:pPr>
        <w:pStyle w:val="Heading1"/>
      </w:pPr>
      <w:r>
        <w:t>الملخص</w:t>
      </w:r>
      <w:r>
        <w:t xml:space="preserve"> </w:t>
      </w:r>
      <w:r>
        <w:t>المهني</w:t>
      </w:r>
    </w:p>
    <w:p w14:paraId="2DF102F8" w14:textId="77777777" w:rsidR="009A299A" w:rsidRDefault="00A26C13">
      <w:r>
        <w:t>طبيبة</w:t>
      </w:r>
      <w:r>
        <w:t xml:space="preserve"> </w:t>
      </w:r>
      <w:r>
        <w:t>بشرية</w:t>
      </w:r>
      <w:r>
        <w:t xml:space="preserve"> </w:t>
      </w:r>
      <w:r>
        <w:t>خريجة</w:t>
      </w:r>
      <w:r>
        <w:t xml:space="preserve"> </w:t>
      </w:r>
      <w:r>
        <w:t>جامعة</w:t>
      </w:r>
      <w:r>
        <w:t xml:space="preserve"> </w:t>
      </w:r>
      <w:r>
        <w:t>جنوب</w:t>
      </w:r>
      <w:r>
        <w:t xml:space="preserve"> </w:t>
      </w:r>
      <w:r>
        <w:t>الوادي</w:t>
      </w:r>
      <w:r>
        <w:t xml:space="preserve"> (</w:t>
      </w:r>
      <w:r>
        <w:t>قنا</w:t>
      </w:r>
      <w:r>
        <w:t xml:space="preserve">) </w:t>
      </w:r>
      <w:r>
        <w:t>لعام</w:t>
      </w:r>
      <w:r>
        <w:t xml:space="preserve"> 2020</w:t>
      </w:r>
      <w:r>
        <w:t>،</w:t>
      </w:r>
      <w:r>
        <w:t xml:space="preserve"> </w:t>
      </w:r>
      <w:r>
        <w:t>أمتلك</w:t>
      </w:r>
      <w:r>
        <w:t xml:space="preserve"> </w:t>
      </w:r>
      <w:r>
        <w:t>خبرة</w:t>
      </w:r>
      <w:r>
        <w:t xml:space="preserve"> </w:t>
      </w:r>
      <w:r>
        <w:t>واسعة</w:t>
      </w:r>
      <w:r>
        <w:t xml:space="preserve"> </w:t>
      </w:r>
      <w:r>
        <w:t>في</w:t>
      </w:r>
      <w:r>
        <w:t xml:space="preserve"> </w:t>
      </w:r>
      <w:r>
        <w:t>طب</w:t>
      </w:r>
      <w:r>
        <w:t xml:space="preserve"> </w:t>
      </w:r>
      <w:r>
        <w:t>الأطفال</w:t>
      </w:r>
      <w:r>
        <w:t xml:space="preserve"> </w:t>
      </w:r>
      <w:r>
        <w:t>وحديثي</w:t>
      </w:r>
      <w:r>
        <w:t xml:space="preserve"> </w:t>
      </w:r>
      <w:r>
        <w:t>الولادة</w:t>
      </w:r>
      <w:r>
        <w:t xml:space="preserve"> </w:t>
      </w:r>
      <w:r>
        <w:t>من</w:t>
      </w:r>
      <w:r>
        <w:t xml:space="preserve"> </w:t>
      </w:r>
      <w:r>
        <w:t>خلال</w:t>
      </w:r>
      <w:r>
        <w:t xml:space="preserve"> </w:t>
      </w:r>
      <w:r>
        <w:t>العمل</w:t>
      </w:r>
      <w:r>
        <w:t xml:space="preserve"> </w:t>
      </w:r>
      <w:r>
        <w:t>في</w:t>
      </w:r>
      <w:r>
        <w:t xml:space="preserve"> </w:t>
      </w:r>
      <w:r>
        <w:t>المستشفيات</w:t>
      </w:r>
      <w:r>
        <w:t xml:space="preserve"> </w:t>
      </w:r>
      <w:r>
        <w:t>الجامعية</w:t>
      </w:r>
      <w:r>
        <w:t xml:space="preserve"> </w:t>
      </w:r>
      <w:r>
        <w:t>ومستشفيات</w:t>
      </w:r>
      <w:r>
        <w:t xml:space="preserve"> </w:t>
      </w:r>
      <w:r>
        <w:t>وزارة</w:t>
      </w:r>
      <w:r>
        <w:t xml:space="preserve"> </w:t>
      </w:r>
      <w:r>
        <w:t>الصحة</w:t>
      </w:r>
      <w:r>
        <w:t xml:space="preserve"> (</w:t>
      </w:r>
      <w:r>
        <w:t>طبيب</w:t>
      </w:r>
      <w:r>
        <w:t xml:space="preserve"> </w:t>
      </w:r>
      <w:r>
        <w:t>مقيم</w:t>
      </w:r>
      <w:r>
        <w:t xml:space="preserve">). </w:t>
      </w:r>
      <w:r>
        <w:t>أتمتع</w:t>
      </w:r>
      <w:r>
        <w:t xml:space="preserve"> </w:t>
      </w:r>
      <w:r>
        <w:t>بكفاءة</w:t>
      </w:r>
      <w:r>
        <w:t xml:space="preserve"> </w:t>
      </w:r>
      <w:r>
        <w:t>عالية</w:t>
      </w:r>
      <w:r>
        <w:t xml:space="preserve"> </w:t>
      </w:r>
      <w:r>
        <w:t>في</w:t>
      </w:r>
      <w:r>
        <w:t xml:space="preserve"> </w:t>
      </w:r>
      <w:r>
        <w:t>تشخيص</w:t>
      </w:r>
      <w:r>
        <w:t xml:space="preserve"> </w:t>
      </w:r>
      <w:r>
        <w:t>وعلاج</w:t>
      </w:r>
      <w:r>
        <w:t xml:space="preserve"> </w:t>
      </w:r>
      <w:r>
        <w:t>أمراض</w:t>
      </w:r>
      <w:r>
        <w:t xml:space="preserve"> </w:t>
      </w:r>
      <w:r>
        <w:t>الطفولة</w:t>
      </w:r>
      <w:r>
        <w:t xml:space="preserve"> </w:t>
      </w:r>
      <w:r>
        <w:t>الشائعة،</w:t>
      </w:r>
      <w:r>
        <w:t xml:space="preserve"> </w:t>
      </w:r>
      <w:r>
        <w:t>ومتابعة</w:t>
      </w:r>
      <w:r>
        <w:t xml:space="preserve"> </w:t>
      </w:r>
      <w:r>
        <w:t>حالات</w:t>
      </w:r>
      <w:r>
        <w:t xml:space="preserve"> </w:t>
      </w:r>
      <w:r>
        <w:t>الأطفال</w:t>
      </w:r>
      <w:r>
        <w:t xml:space="preserve"> </w:t>
      </w:r>
      <w:r>
        <w:t>الحرجة</w:t>
      </w:r>
      <w:r>
        <w:t xml:space="preserve"> </w:t>
      </w:r>
      <w:r>
        <w:t>وحديثي</w:t>
      </w:r>
      <w:r>
        <w:t xml:space="preserve"> </w:t>
      </w:r>
      <w:r>
        <w:t>الولادة،</w:t>
      </w:r>
      <w:r>
        <w:t xml:space="preserve"> </w:t>
      </w:r>
      <w:r>
        <w:t>مع</w:t>
      </w:r>
      <w:r>
        <w:t xml:space="preserve"> </w:t>
      </w:r>
      <w:r>
        <w:t>حرص</w:t>
      </w:r>
      <w:r>
        <w:t xml:space="preserve"> </w:t>
      </w:r>
      <w:r>
        <w:t>دائم</w:t>
      </w:r>
      <w:r>
        <w:t xml:space="preserve"> </w:t>
      </w:r>
      <w:r>
        <w:t>على</w:t>
      </w:r>
      <w:r>
        <w:t xml:space="preserve"> </w:t>
      </w:r>
      <w:r>
        <w:t>تقديم</w:t>
      </w:r>
      <w:r>
        <w:t xml:space="preserve"> </w:t>
      </w:r>
      <w:r>
        <w:t>رعاية</w:t>
      </w:r>
      <w:r>
        <w:t xml:space="preserve"> </w:t>
      </w:r>
      <w:r>
        <w:t>طبية</w:t>
      </w:r>
      <w:r>
        <w:t xml:space="preserve"> </w:t>
      </w:r>
      <w:r>
        <w:t>شاملة</w:t>
      </w:r>
      <w:r>
        <w:t xml:space="preserve"> </w:t>
      </w:r>
      <w:r>
        <w:t>وحانية</w:t>
      </w:r>
      <w:r>
        <w:t xml:space="preserve"> </w:t>
      </w:r>
      <w:r>
        <w:t>للمرضى</w:t>
      </w:r>
      <w:r>
        <w:t xml:space="preserve"> </w:t>
      </w:r>
      <w:r>
        <w:t>والأسر</w:t>
      </w:r>
      <w:r>
        <w:t>.</w:t>
      </w:r>
    </w:p>
    <w:p w14:paraId="120BB433" w14:textId="77777777" w:rsidR="009A299A" w:rsidRDefault="00A26C13">
      <w:pPr>
        <w:pStyle w:val="Heading1"/>
      </w:pPr>
      <w:r>
        <w:t>الخبرات</w:t>
      </w:r>
      <w:r>
        <w:t xml:space="preserve"> </w:t>
      </w:r>
      <w:r>
        <w:t>العملية</w:t>
      </w:r>
    </w:p>
    <w:p w14:paraId="660CB34F" w14:textId="77777777" w:rsidR="009A299A" w:rsidRDefault="00A26C13">
      <w:pPr>
        <w:pStyle w:val="Heading2"/>
      </w:pPr>
      <w:r>
        <w:t>طبيب</w:t>
      </w:r>
      <w:r>
        <w:t xml:space="preserve"> </w:t>
      </w:r>
      <w:r>
        <w:t>مقيم</w:t>
      </w:r>
      <w:r>
        <w:t xml:space="preserve"> </w:t>
      </w:r>
      <w:r>
        <w:t>أطفال</w:t>
      </w:r>
      <w:r>
        <w:t xml:space="preserve"> </w:t>
      </w:r>
      <w:r>
        <w:t>وحديثي</w:t>
      </w:r>
      <w:r>
        <w:t xml:space="preserve"> </w:t>
      </w:r>
      <w:r>
        <w:t>الولادة</w:t>
      </w:r>
      <w:r>
        <w:t xml:space="preserve"> | </w:t>
      </w:r>
      <w:r>
        <w:t>مستشفى</w:t>
      </w:r>
      <w:r>
        <w:t xml:space="preserve"> </w:t>
      </w:r>
      <w:r>
        <w:t>أبو</w:t>
      </w:r>
      <w:r>
        <w:t xml:space="preserve"> </w:t>
      </w:r>
      <w:r>
        <w:t>تشت</w:t>
      </w:r>
      <w:r>
        <w:t xml:space="preserve"> </w:t>
      </w:r>
      <w:r>
        <w:t>المركزي</w:t>
      </w:r>
      <w:r>
        <w:t xml:space="preserve"> | (2025 - 2026)</w:t>
      </w:r>
    </w:p>
    <w:p w14:paraId="1047D30A" w14:textId="77777777" w:rsidR="009A299A" w:rsidRDefault="00A26C13">
      <w:r>
        <w:t xml:space="preserve">• </w:t>
      </w:r>
      <w:r>
        <w:t>فحص</w:t>
      </w:r>
      <w:r>
        <w:t xml:space="preserve"> </w:t>
      </w:r>
      <w:r>
        <w:t>وتقييم</w:t>
      </w:r>
      <w:r>
        <w:t xml:space="preserve"> </w:t>
      </w:r>
      <w:r>
        <w:t>الأطفال</w:t>
      </w:r>
      <w:r>
        <w:t xml:space="preserve"> </w:t>
      </w:r>
      <w:r>
        <w:t>المرضى</w:t>
      </w:r>
      <w:r>
        <w:t xml:space="preserve"> </w:t>
      </w:r>
      <w:r>
        <w:t>في</w:t>
      </w:r>
      <w:r>
        <w:t xml:space="preserve"> </w:t>
      </w:r>
      <w:r>
        <w:t>الاستقبال</w:t>
      </w:r>
      <w:r>
        <w:t xml:space="preserve"> </w:t>
      </w:r>
      <w:r>
        <w:t>والطوارئ</w:t>
      </w:r>
      <w:r>
        <w:t xml:space="preserve"> </w:t>
      </w:r>
      <w:r>
        <w:t>والعيادات</w:t>
      </w:r>
      <w:r>
        <w:t xml:space="preserve"> </w:t>
      </w:r>
      <w:r>
        <w:t>الخارجية</w:t>
      </w:r>
      <w:r>
        <w:t>.</w:t>
      </w:r>
      <w:r>
        <w:br/>
      </w:r>
      <w:r>
        <w:t xml:space="preserve">• </w:t>
      </w:r>
      <w:r>
        <w:t>متابعة</w:t>
      </w:r>
      <w:r>
        <w:t xml:space="preserve"> </w:t>
      </w:r>
      <w:r>
        <w:t>وعلاج</w:t>
      </w:r>
      <w:r>
        <w:t xml:space="preserve"> </w:t>
      </w:r>
      <w:r>
        <w:t>حالات</w:t>
      </w:r>
      <w:r>
        <w:t xml:space="preserve"> </w:t>
      </w:r>
      <w:r>
        <w:t>الأطفال</w:t>
      </w:r>
      <w:r>
        <w:t xml:space="preserve"> </w:t>
      </w:r>
      <w:r>
        <w:t>الحادة</w:t>
      </w:r>
      <w:r>
        <w:t xml:space="preserve"> </w:t>
      </w:r>
      <w:r>
        <w:t>والمزمنة</w:t>
      </w:r>
      <w:r>
        <w:t xml:space="preserve"> </w:t>
      </w:r>
      <w:r>
        <w:t>وتقديم</w:t>
      </w:r>
      <w:r>
        <w:t xml:space="preserve"> </w:t>
      </w:r>
      <w:r>
        <w:t>الرعاية</w:t>
      </w:r>
      <w:r>
        <w:t xml:space="preserve"> </w:t>
      </w:r>
      <w:r>
        <w:t>الطبية</w:t>
      </w:r>
      <w:r>
        <w:t xml:space="preserve"> </w:t>
      </w:r>
      <w:r>
        <w:t>اللازمة</w:t>
      </w:r>
      <w:r>
        <w:t>.</w:t>
      </w:r>
      <w:r>
        <w:br/>
        <w:t xml:space="preserve">• </w:t>
      </w:r>
      <w:r>
        <w:t>العمل</w:t>
      </w:r>
      <w:r>
        <w:t xml:space="preserve"> </w:t>
      </w:r>
      <w:r>
        <w:t>في</w:t>
      </w:r>
      <w:r>
        <w:t xml:space="preserve"> </w:t>
      </w:r>
      <w:r>
        <w:t>أقسام</w:t>
      </w:r>
      <w:r>
        <w:t xml:space="preserve"> </w:t>
      </w:r>
      <w:r>
        <w:t>حضانات</w:t>
      </w:r>
      <w:r>
        <w:t xml:space="preserve"> </w:t>
      </w:r>
      <w:r>
        <w:t>الأطفال</w:t>
      </w:r>
      <w:r>
        <w:t xml:space="preserve"> </w:t>
      </w:r>
      <w:r>
        <w:t>حديثي</w:t>
      </w:r>
      <w:r>
        <w:t xml:space="preserve"> </w:t>
      </w:r>
      <w:r>
        <w:t>الولادة</w:t>
      </w:r>
      <w:r>
        <w:t xml:space="preserve"> </w:t>
      </w:r>
      <w:r>
        <w:t>ومتابعة</w:t>
      </w:r>
      <w:r>
        <w:t xml:space="preserve"> </w:t>
      </w:r>
      <w:r>
        <w:t>الحالات</w:t>
      </w:r>
      <w:r>
        <w:t xml:space="preserve"> </w:t>
      </w:r>
      <w:r>
        <w:t>المبتسرة</w:t>
      </w:r>
      <w:r>
        <w:t xml:space="preserve"> </w:t>
      </w:r>
      <w:r>
        <w:t>والحرجة</w:t>
      </w:r>
      <w:r>
        <w:t>.</w:t>
      </w:r>
      <w:r>
        <w:br/>
        <w:t xml:space="preserve">• </w:t>
      </w:r>
      <w:r>
        <w:t>توجيه</w:t>
      </w:r>
      <w:r>
        <w:t xml:space="preserve"> </w:t>
      </w:r>
      <w:r>
        <w:t>وإرشاد</w:t>
      </w:r>
      <w:r>
        <w:t xml:space="preserve"> </w:t>
      </w:r>
      <w:r>
        <w:t>الأهالي</w:t>
      </w:r>
      <w:r>
        <w:t xml:space="preserve"> </w:t>
      </w:r>
      <w:r>
        <w:t>حول</w:t>
      </w:r>
      <w:r>
        <w:t xml:space="preserve"> </w:t>
      </w:r>
      <w:r>
        <w:t>طرق</w:t>
      </w:r>
      <w:r>
        <w:t xml:space="preserve"> </w:t>
      </w:r>
      <w:r>
        <w:t>الرعاية</w:t>
      </w:r>
      <w:r>
        <w:t xml:space="preserve"> </w:t>
      </w:r>
      <w:r>
        <w:t>الصحية</w:t>
      </w:r>
      <w:r>
        <w:t xml:space="preserve"> </w:t>
      </w:r>
      <w:r>
        <w:t>السليمة</w:t>
      </w:r>
      <w:r>
        <w:t xml:space="preserve"> </w:t>
      </w:r>
      <w:r>
        <w:t>والتغذية</w:t>
      </w:r>
      <w:r>
        <w:t xml:space="preserve"> </w:t>
      </w:r>
      <w:r>
        <w:t>للطفل</w:t>
      </w:r>
      <w:r>
        <w:t>.</w:t>
      </w:r>
    </w:p>
    <w:p w14:paraId="2E77EB58" w14:textId="77777777" w:rsidR="009A299A" w:rsidRDefault="00A26C13">
      <w:pPr>
        <w:pStyle w:val="Heading2"/>
      </w:pPr>
      <w:r>
        <w:t>طبيب</w:t>
      </w:r>
      <w:r>
        <w:t xml:space="preserve"> </w:t>
      </w:r>
      <w:r>
        <w:t>مقيم</w:t>
      </w:r>
      <w:r>
        <w:t xml:space="preserve"> </w:t>
      </w:r>
      <w:r>
        <w:t>أطفال</w:t>
      </w:r>
      <w:r>
        <w:t xml:space="preserve"> </w:t>
      </w:r>
      <w:r>
        <w:t>وحديثي</w:t>
      </w:r>
      <w:r>
        <w:t xml:space="preserve"> </w:t>
      </w:r>
      <w:r>
        <w:t>الولادة</w:t>
      </w:r>
      <w:r>
        <w:t xml:space="preserve"> | </w:t>
      </w:r>
      <w:r>
        <w:t>مستشفيات</w:t>
      </w:r>
      <w:r>
        <w:t xml:space="preserve"> </w:t>
      </w:r>
      <w:r>
        <w:t>قنا</w:t>
      </w:r>
      <w:r>
        <w:t xml:space="preserve"> </w:t>
      </w:r>
      <w:r>
        <w:t>الجامعية</w:t>
      </w:r>
      <w:r>
        <w:t xml:space="preserve"> | (2022 - 2025)</w:t>
      </w:r>
    </w:p>
    <w:p w14:paraId="498C5819" w14:textId="77777777" w:rsidR="009A299A" w:rsidRDefault="00A26C13">
      <w:r>
        <w:t xml:space="preserve">• </w:t>
      </w:r>
      <w:r>
        <w:t>التدريب</w:t>
      </w:r>
      <w:r>
        <w:t xml:space="preserve"> </w:t>
      </w:r>
      <w:r>
        <w:t>الإكلينيكي</w:t>
      </w:r>
      <w:r>
        <w:t xml:space="preserve"> </w:t>
      </w:r>
      <w:r>
        <w:t>المتقدم</w:t>
      </w:r>
      <w:r>
        <w:t xml:space="preserve"> </w:t>
      </w:r>
      <w:r>
        <w:t>في</w:t>
      </w:r>
      <w:r>
        <w:t xml:space="preserve"> </w:t>
      </w:r>
      <w:r>
        <w:t>أقسام</w:t>
      </w:r>
      <w:r>
        <w:t xml:space="preserve"> </w:t>
      </w:r>
      <w:r>
        <w:t>الأطفال</w:t>
      </w:r>
      <w:r>
        <w:t xml:space="preserve"> </w:t>
      </w:r>
      <w:r>
        <w:t>المختلفة</w:t>
      </w:r>
      <w:r>
        <w:t xml:space="preserve"> </w:t>
      </w:r>
      <w:r>
        <w:t>ووحدات</w:t>
      </w:r>
      <w:r>
        <w:t xml:space="preserve"> </w:t>
      </w:r>
      <w:r>
        <w:t>العناية</w:t>
      </w:r>
      <w:r>
        <w:t xml:space="preserve"> </w:t>
      </w:r>
      <w:r>
        <w:t>المركزة</w:t>
      </w:r>
      <w:r>
        <w:t xml:space="preserve"> </w:t>
      </w:r>
      <w:r>
        <w:t>للأطفال</w:t>
      </w:r>
      <w:r>
        <w:t xml:space="preserve"> </w:t>
      </w:r>
      <w:r>
        <w:t>وحديثي</w:t>
      </w:r>
      <w:r>
        <w:t xml:space="preserve"> </w:t>
      </w:r>
      <w:r>
        <w:t>الولادة</w:t>
      </w:r>
      <w:r>
        <w:t xml:space="preserve"> (PICU / NICU).</w:t>
      </w:r>
      <w:r>
        <w:br/>
        <w:t xml:space="preserve">• </w:t>
      </w:r>
      <w:r>
        <w:t>تشخيص</w:t>
      </w:r>
      <w:r>
        <w:t xml:space="preserve"> </w:t>
      </w:r>
      <w:r>
        <w:t>وعلاج</w:t>
      </w:r>
      <w:r>
        <w:t xml:space="preserve"> </w:t>
      </w:r>
      <w:r>
        <w:t>الأمراض</w:t>
      </w:r>
      <w:r>
        <w:t xml:space="preserve"> </w:t>
      </w:r>
      <w:r>
        <w:t>المعدية</w:t>
      </w:r>
      <w:r>
        <w:t xml:space="preserve"> </w:t>
      </w:r>
      <w:r>
        <w:t>والتنفسية</w:t>
      </w:r>
      <w:r>
        <w:t xml:space="preserve"> </w:t>
      </w:r>
      <w:r>
        <w:t>والمعوية</w:t>
      </w:r>
      <w:r>
        <w:t xml:space="preserve"> </w:t>
      </w:r>
      <w:r>
        <w:t>الشائعة</w:t>
      </w:r>
      <w:r>
        <w:t xml:space="preserve"> </w:t>
      </w:r>
      <w:r>
        <w:t>لدى</w:t>
      </w:r>
      <w:r>
        <w:t xml:space="preserve"> </w:t>
      </w:r>
      <w:r>
        <w:t>الأطفال</w:t>
      </w:r>
      <w:r>
        <w:t>.</w:t>
      </w:r>
      <w:r>
        <w:br/>
      </w:r>
      <w:r>
        <w:t xml:space="preserve">• </w:t>
      </w:r>
      <w:r>
        <w:t>المشاركة</w:t>
      </w:r>
      <w:r>
        <w:t xml:space="preserve"> </w:t>
      </w:r>
      <w:r>
        <w:t>الفعالة</w:t>
      </w:r>
      <w:r>
        <w:t xml:space="preserve"> </w:t>
      </w:r>
      <w:r>
        <w:t>في</w:t>
      </w:r>
      <w:r>
        <w:t xml:space="preserve"> </w:t>
      </w:r>
      <w:r>
        <w:t>التعامل</w:t>
      </w:r>
      <w:r>
        <w:t xml:space="preserve"> </w:t>
      </w:r>
      <w:r>
        <w:t>مع</w:t>
      </w:r>
      <w:r>
        <w:t xml:space="preserve"> </w:t>
      </w:r>
      <w:r>
        <w:t>الحالات</w:t>
      </w:r>
      <w:r>
        <w:t xml:space="preserve"> </w:t>
      </w:r>
      <w:r>
        <w:t>الطارئة</w:t>
      </w:r>
      <w:r>
        <w:t xml:space="preserve"> </w:t>
      </w:r>
      <w:r>
        <w:t>والحرجة</w:t>
      </w:r>
      <w:r>
        <w:t xml:space="preserve"> </w:t>
      </w:r>
      <w:r>
        <w:t>للأطفال</w:t>
      </w:r>
      <w:r>
        <w:t xml:space="preserve"> </w:t>
      </w:r>
      <w:r>
        <w:t>وإنعاش</w:t>
      </w:r>
      <w:r>
        <w:t xml:space="preserve"> </w:t>
      </w:r>
      <w:r>
        <w:t>حديثي</w:t>
      </w:r>
      <w:r>
        <w:t xml:space="preserve"> </w:t>
      </w:r>
      <w:r>
        <w:t>الولادة</w:t>
      </w:r>
      <w:r>
        <w:t>.</w:t>
      </w:r>
      <w:r>
        <w:br/>
        <w:t xml:space="preserve">• </w:t>
      </w:r>
      <w:r>
        <w:t>التعاون</w:t>
      </w:r>
      <w:r>
        <w:t xml:space="preserve"> </w:t>
      </w:r>
      <w:r>
        <w:t>المستمر</w:t>
      </w:r>
      <w:r>
        <w:t xml:space="preserve"> </w:t>
      </w:r>
      <w:r>
        <w:t>مع</w:t>
      </w:r>
      <w:r>
        <w:t xml:space="preserve"> </w:t>
      </w:r>
      <w:r>
        <w:t>الفريق</w:t>
      </w:r>
      <w:r>
        <w:t xml:space="preserve"> </w:t>
      </w:r>
      <w:r>
        <w:t>الطبي</w:t>
      </w:r>
      <w:r>
        <w:t xml:space="preserve"> </w:t>
      </w:r>
      <w:r>
        <w:t>لضمان</w:t>
      </w:r>
      <w:r>
        <w:t xml:space="preserve"> </w:t>
      </w:r>
      <w:r>
        <w:t>تقديم</w:t>
      </w:r>
      <w:r>
        <w:t xml:space="preserve"> </w:t>
      </w:r>
      <w:r>
        <w:t>أعلى</w:t>
      </w:r>
      <w:r>
        <w:t xml:space="preserve"> </w:t>
      </w:r>
      <w:r>
        <w:t>جودة</w:t>
      </w:r>
      <w:r>
        <w:t xml:space="preserve"> </w:t>
      </w:r>
      <w:r>
        <w:t>من</w:t>
      </w:r>
      <w:r>
        <w:t xml:space="preserve"> </w:t>
      </w:r>
      <w:r>
        <w:t>رعاية</w:t>
      </w:r>
      <w:r>
        <w:t xml:space="preserve"> </w:t>
      </w:r>
      <w:r>
        <w:t>الأطفال</w:t>
      </w:r>
      <w:r>
        <w:t>.</w:t>
      </w:r>
    </w:p>
    <w:p w14:paraId="281C9BB6" w14:textId="77777777" w:rsidR="009A299A" w:rsidRDefault="00A26C13">
      <w:pPr>
        <w:pStyle w:val="Heading1"/>
      </w:pPr>
      <w:r>
        <w:t>التعليم</w:t>
      </w:r>
      <w:r>
        <w:t xml:space="preserve"> </w:t>
      </w:r>
      <w:r>
        <w:t>الأكاديمي</w:t>
      </w:r>
    </w:p>
    <w:p w14:paraId="6C8E6CC8" w14:textId="77777777" w:rsidR="009A299A" w:rsidRDefault="00A26C13">
      <w:r>
        <w:t>بكالوريوس</w:t>
      </w:r>
      <w:r>
        <w:t xml:space="preserve"> </w:t>
      </w:r>
      <w:r>
        <w:t>الطب</w:t>
      </w:r>
      <w:r>
        <w:t xml:space="preserve"> </w:t>
      </w:r>
      <w:r>
        <w:t>والجراحة</w:t>
      </w:r>
      <w:r>
        <w:t xml:space="preserve"> (MBBCh) | </w:t>
      </w:r>
      <w:r>
        <w:t>جامعة</w:t>
      </w:r>
      <w:r>
        <w:t xml:space="preserve"> </w:t>
      </w:r>
      <w:r>
        <w:t>جنوب</w:t>
      </w:r>
      <w:r>
        <w:t xml:space="preserve"> </w:t>
      </w:r>
      <w:r>
        <w:t>الوادي</w:t>
      </w:r>
      <w:r>
        <w:t xml:space="preserve"> (</w:t>
      </w:r>
      <w:r>
        <w:t>قنا</w:t>
      </w:r>
      <w:r>
        <w:t xml:space="preserve">) | </w:t>
      </w:r>
      <w:r>
        <w:t>سنة</w:t>
      </w:r>
      <w:r>
        <w:t xml:space="preserve"> </w:t>
      </w:r>
      <w:r>
        <w:t>التخرج</w:t>
      </w:r>
      <w:r>
        <w:t>: 2020</w:t>
      </w:r>
    </w:p>
    <w:p w14:paraId="2EF0226D" w14:textId="77777777" w:rsidR="009A299A" w:rsidRDefault="00A26C13">
      <w:pPr>
        <w:pStyle w:val="Heading1"/>
      </w:pPr>
      <w:r>
        <w:t>المهارات</w:t>
      </w:r>
    </w:p>
    <w:p w14:paraId="4D658D7B" w14:textId="77777777" w:rsidR="009A299A" w:rsidRDefault="00A26C13">
      <w:pPr>
        <w:pStyle w:val="Heading2"/>
      </w:pPr>
      <w:r>
        <w:t>المهارات</w:t>
      </w:r>
      <w:r>
        <w:t xml:space="preserve"> </w:t>
      </w:r>
      <w:r>
        <w:t>السريرية</w:t>
      </w:r>
      <w:r>
        <w:t xml:space="preserve"> </w:t>
      </w:r>
      <w:r>
        <w:t>والطبية</w:t>
      </w:r>
      <w:r>
        <w:t>:</w:t>
      </w:r>
    </w:p>
    <w:p w14:paraId="4BF19860" w14:textId="77777777" w:rsidR="009A299A" w:rsidRDefault="00A26C13">
      <w:r>
        <w:t xml:space="preserve">• </w:t>
      </w:r>
      <w:r>
        <w:t>تشخيص</w:t>
      </w:r>
      <w:r>
        <w:t xml:space="preserve"> </w:t>
      </w:r>
      <w:r>
        <w:t>وعلاج</w:t>
      </w:r>
      <w:r>
        <w:t xml:space="preserve"> </w:t>
      </w:r>
      <w:r>
        <w:t>أمراض</w:t>
      </w:r>
      <w:r>
        <w:t xml:space="preserve"> </w:t>
      </w:r>
      <w:r>
        <w:t>الطفولة</w:t>
      </w:r>
      <w:r>
        <w:t xml:space="preserve"> </w:t>
      </w:r>
      <w:r>
        <w:t>وحديثي</w:t>
      </w:r>
      <w:r>
        <w:t xml:space="preserve"> </w:t>
      </w:r>
      <w:r>
        <w:t>الولادة</w:t>
      </w:r>
      <w:r>
        <w:t>.</w:t>
      </w:r>
      <w:r>
        <w:br/>
        <w:t xml:space="preserve">• </w:t>
      </w:r>
      <w:r>
        <w:t>التعامل</w:t>
      </w:r>
      <w:r>
        <w:t xml:space="preserve"> </w:t>
      </w:r>
      <w:r>
        <w:t>مع</w:t>
      </w:r>
      <w:r>
        <w:t xml:space="preserve"> </w:t>
      </w:r>
      <w:r>
        <w:t>حالات</w:t>
      </w:r>
      <w:r>
        <w:t xml:space="preserve"> </w:t>
      </w:r>
      <w:r>
        <w:t>الطوارئ</w:t>
      </w:r>
      <w:r>
        <w:t xml:space="preserve"> </w:t>
      </w:r>
      <w:r>
        <w:t>الطبية</w:t>
      </w:r>
      <w:r>
        <w:t xml:space="preserve"> </w:t>
      </w:r>
      <w:r>
        <w:t>للأطفال</w:t>
      </w:r>
      <w:r>
        <w:t>.</w:t>
      </w:r>
      <w:r>
        <w:br/>
        <w:t xml:space="preserve">• </w:t>
      </w:r>
      <w:r>
        <w:t>إدارة</w:t>
      </w:r>
      <w:r>
        <w:t xml:space="preserve"> </w:t>
      </w:r>
      <w:r>
        <w:t>ومتابعة</w:t>
      </w:r>
      <w:r>
        <w:t xml:space="preserve"> </w:t>
      </w:r>
      <w:r>
        <w:t>حضانات</w:t>
      </w:r>
      <w:r>
        <w:t xml:space="preserve"> </w:t>
      </w:r>
      <w:r>
        <w:t>حديثي</w:t>
      </w:r>
      <w:r>
        <w:t xml:space="preserve"> </w:t>
      </w:r>
      <w:r>
        <w:t>الولادة</w:t>
      </w:r>
      <w:r>
        <w:t xml:space="preserve"> (NICU).</w:t>
      </w:r>
      <w:r>
        <w:br/>
        <w:t xml:space="preserve">• </w:t>
      </w:r>
      <w:r>
        <w:t>تقييم</w:t>
      </w:r>
      <w:r>
        <w:t xml:space="preserve"> </w:t>
      </w:r>
      <w:r>
        <w:t>نمو</w:t>
      </w:r>
      <w:r>
        <w:t xml:space="preserve"> </w:t>
      </w:r>
      <w:r>
        <w:t>وتطور</w:t>
      </w:r>
      <w:r>
        <w:t xml:space="preserve"> </w:t>
      </w:r>
      <w:r>
        <w:t>الأطفال</w:t>
      </w:r>
      <w:r>
        <w:t xml:space="preserve"> </w:t>
      </w:r>
      <w:r>
        <w:t>والتطعيمات</w:t>
      </w:r>
      <w:r>
        <w:t>.</w:t>
      </w:r>
    </w:p>
    <w:p w14:paraId="0E6F7BE9" w14:textId="77777777" w:rsidR="009A299A" w:rsidRDefault="00A26C13">
      <w:pPr>
        <w:pStyle w:val="Heading2"/>
      </w:pPr>
      <w:r>
        <w:t>المهارات</w:t>
      </w:r>
      <w:r>
        <w:t xml:space="preserve"> </w:t>
      </w:r>
      <w:r>
        <w:t>الشخصية</w:t>
      </w:r>
      <w:r>
        <w:t xml:space="preserve"> </w:t>
      </w:r>
      <w:r>
        <w:t>واللغات</w:t>
      </w:r>
      <w:r>
        <w:t>:</w:t>
      </w:r>
    </w:p>
    <w:p w14:paraId="65F155BC" w14:textId="77777777" w:rsidR="009A299A" w:rsidRDefault="00A26C13">
      <w:r>
        <w:t xml:space="preserve">• </w:t>
      </w:r>
      <w:r>
        <w:t>التواصل</w:t>
      </w:r>
      <w:r>
        <w:t xml:space="preserve"> </w:t>
      </w:r>
      <w:r>
        <w:t>الفعال</w:t>
      </w:r>
      <w:r>
        <w:t xml:space="preserve"> </w:t>
      </w:r>
      <w:r>
        <w:t>والحاني</w:t>
      </w:r>
      <w:r>
        <w:t xml:space="preserve"> </w:t>
      </w:r>
      <w:r>
        <w:t>مع</w:t>
      </w:r>
      <w:r>
        <w:t xml:space="preserve"> </w:t>
      </w:r>
      <w:r>
        <w:t>الأطفال</w:t>
      </w:r>
      <w:r>
        <w:t xml:space="preserve"> </w:t>
      </w:r>
      <w:r>
        <w:t>وأسرهم</w:t>
      </w:r>
      <w:r>
        <w:t>.</w:t>
      </w:r>
      <w:r>
        <w:br/>
        <w:t xml:space="preserve">• </w:t>
      </w:r>
      <w:r>
        <w:t>العمل</w:t>
      </w:r>
      <w:r>
        <w:t xml:space="preserve"> </w:t>
      </w:r>
      <w:r>
        <w:t>الجماعي</w:t>
      </w:r>
      <w:r>
        <w:t xml:space="preserve"> </w:t>
      </w:r>
      <w:r>
        <w:t>تحت</w:t>
      </w:r>
      <w:r>
        <w:t xml:space="preserve"> </w:t>
      </w:r>
      <w:r>
        <w:t>الضغط</w:t>
      </w:r>
      <w:r>
        <w:t xml:space="preserve"> </w:t>
      </w:r>
      <w:r>
        <w:t>وفي</w:t>
      </w:r>
      <w:r>
        <w:t xml:space="preserve"> </w:t>
      </w:r>
      <w:r>
        <w:t>بيئات</w:t>
      </w:r>
      <w:r>
        <w:t xml:space="preserve"> </w:t>
      </w:r>
      <w:r>
        <w:t>عمل</w:t>
      </w:r>
      <w:r>
        <w:t xml:space="preserve"> </w:t>
      </w:r>
      <w:r>
        <w:t>مكثفة</w:t>
      </w:r>
      <w:r>
        <w:t>.</w:t>
      </w:r>
      <w:r>
        <w:br/>
        <w:t xml:space="preserve">• </w:t>
      </w:r>
      <w:r>
        <w:t>إدارة</w:t>
      </w:r>
      <w:r>
        <w:t xml:space="preserve"> </w:t>
      </w:r>
      <w:r>
        <w:t>الأزمات</w:t>
      </w:r>
      <w:r>
        <w:t xml:space="preserve"> </w:t>
      </w:r>
      <w:r>
        <w:t>وحل</w:t>
      </w:r>
      <w:r>
        <w:t xml:space="preserve"> </w:t>
      </w:r>
      <w:r>
        <w:t>المشكلات</w:t>
      </w:r>
      <w:r>
        <w:t xml:space="preserve"> </w:t>
      </w:r>
      <w:r>
        <w:t>الطبية</w:t>
      </w:r>
      <w:r>
        <w:t xml:space="preserve"> </w:t>
      </w:r>
      <w:r>
        <w:t>بحكمة</w:t>
      </w:r>
      <w:r>
        <w:t>.</w:t>
      </w:r>
      <w:r>
        <w:br/>
        <w:t xml:space="preserve">• </w:t>
      </w:r>
      <w:r>
        <w:t>اللغات</w:t>
      </w:r>
      <w:r>
        <w:t xml:space="preserve">: </w:t>
      </w:r>
      <w:r>
        <w:t>العربية</w:t>
      </w:r>
      <w:r>
        <w:t xml:space="preserve"> (</w:t>
      </w:r>
      <w:r>
        <w:t>الأم</w:t>
      </w:r>
      <w:r>
        <w:t>)</w:t>
      </w:r>
      <w:r>
        <w:t>،</w:t>
      </w:r>
      <w:r>
        <w:t xml:space="preserve"> </w:t>
      </w:r>
      <w:r>
        <w:t>الإنجليزية</w:t>
      </w:r>
      <w:r>
        <w:t xml:space="preserve"> (</w:t>
      </w:r>
      <w:r>
        <w:t>جيدة</w:t>
      </w:r>
      <w:r>
        <w:t>).</w:t>
      </w:r>
    </w:p>
    <w:sectPr w:rsidR="009A29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4688043">
    <w:abstractNumId w:val="8"/>
  </w:num>
  <w:num w:numId="2" w16cid:durableId="1806772938">
    <w:abstractNumId w:val="6"/>
  </w:num>
  <w:num w:numId="3" w16cid:durableId="1630013428">
    <w:abstractNumId w:val="5"/>
  </w:num>
  <w:num w:numId="4" w16cid:durableId="552889276">
    <w:abstractNumId w:val="4"/>
  </w:num>
  <w:num w:numId="5" w16cid:durableId="497424365">
    <w:abstractNumId w:val="7"/>
  </w:num>
  <w:num w:numId="6" w16cid:durableId="1617256080">
    <w:abstractNumId w:val="3"/>
  </w:num>
  <w:num w:numId="7" w16cid:durableId="300842271">
    <w:abstractNumId w:val="2"/>
  </w:num>
  <w:num w:numId="8" w16cid:durableId="282618437">
    <w:abstractNumId w:val="1"/>
  </w:num>
  <w:num w:numId="9" w16cid:durableId="115764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1823"/>
    <w:rsid w:val="00326F90"/>
    <w:rsid w:val="009A299A"/>
    <w:rsid w:val="00A26C1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589D51"/>
  <w14:defaultImageDpi w14:val="300"/>
  <w15:docId w15:val="{65ACD9D3-3019-7A42-B13B-40AF5656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shimaa ayman</cp:lastModifiedBy>
  <cp:revision>2</cp:revision>
  <dcterms:created xsi:type="dcterms:W3CDTF">2026-08-12T17:35:00Z</dcterms:created>
  <dcterms:modified xsi:type="dcterms:W3CDTF">2026-08-12T17:35:00Z</dcterms:modified>
  <cp:category/>
</cp:coreProperties>
</file>